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יחידת לימוד דיגיטלית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היסוד בבניית יחידת לימוד דיגיטלית ללמידה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שלבי הבנייה ואת סוגי המשימות האפשריות ביחידה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תכנון ראשוני של יחידה דיגיטלית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בעמוד – סדנה מעשית למורות ולמורים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אחד משלושת העקרונות המוזכרים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מחזור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 משימה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(סדרת חידות שמובילות לפתרון)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(צפייה בסרטון ומשימה נלווית)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הסדנה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– למה יחידה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תכנון – מילוי מתכנן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שיתוף וסיכום – סבב גלריה ומשוב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יחידה דיגיטלית בנויה כמסלול שהתלמיד עובר לבד בקצב אישי, עם משימות מוטמעות ומשוב, בלי תלות מתמדת במורה.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לשני עקרונות מתוך: מבנה ומטרות, בחירה ודיפרנציאציה, משוב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שקוד הטמעה מכניס פעילות לתוך עמוד 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משימה אחת כמו חדר בריחה, קול של דמות, סרטון, דף עבודה או קיר שיתופי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מהיחידה לדוגמה לפני התרגול כדי לחדד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חלק הכתיבה הפתוח לעבודה בזוגות כדי לעודד שיתוף 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לסכם בלוח את סדר השלבים לפני תרגיל הסידור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יחידת לימוד דיגיטלית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בסדנה זו מתרגלים מורות ומורים איך לתכנן ולבנות יחידת לימוד דיגיטלית, לב לב, כולל עקרונות, שלבים ומשימות שאפשר להטמיע בתוכה.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8  ·  מחזור המים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זמן אורכת הסדנה המתוארת בעמוד?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90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עקרונות יסוד מוצגים בבניית 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הסדנה מיועדת למורות ולמורים, ולא לתלמידים ותלמידות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אחד מעקרונות היסוד הוא בחירה ודיפרנציאציה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היחידה לדוגמה שבאתר עוסקת בנושא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מסלול הבנייה של היחידה כולל __________ שלבים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סוג משימה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חדר בריחה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צפייה בסרטון ומשימה נלווית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סרטון קצר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סדרת חידות שמובילות לפתרון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הסדנה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שיתוף וסיכום – סבב גלריה ומשוב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– למה יחידה עצמאית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תכנון – מילוי מתכנן היחידה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שלכן ושלכם מה ההבדל בין שיעור רגיל ליחידת לימוד דיגיטלית ללמידה עצמאית.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שניים מעקרונות היסוד בבניית יחידה דיגיטלית?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קוד הטמעה ולמה הוא משמש?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בונים יחידת לימוד דיגיטלית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