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היסוד בבניית יחידת לימוד דיגיטלית ללמידה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הבנייה ואת סוגי המשימות האפשריות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ראשוני של יחידה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מסע של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בעמוד – סדנה מעשית למורות ולמורים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משלושת העקרונות המוזכרים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כמה סוגים: חדר בריחה, קול של דמות, סרטון, דף עבודה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עוסקת במחזור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פרומפטים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(סדרת חידות שמובילות לפתרון)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(הקלטה או טקסט בגוף ראשון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(צפייה בסרטון ומשימה נלווית)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(שיתוף תוצרים של כל הכיתה)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למה יחידה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עקרונות – מבנה, בחירה ומשוב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– מילוי מתכנן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בנייה – הקמת עמוד ראשון והטמעת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שיתוף וסיכום – סבב גלריה ומשוב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יחידה דיגיטלית בנויה כמסלול שהתלמיד עובר לבד בקצב אישי, עם משימות מוטמעות ומשוב, בלי תלות מתמדת במורה.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עקרונות מתוך: מבנה ומטרות, בחירה ודיפרנציאציה,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שקוד הטמעה מכניס פעילות לתוך עמוד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משימה אחת כמו חדר בריחה, קול של דמות, סרטון, דף עבודה או קיר 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מהיחידה לדוגמה לפני התרגול כדי לחדד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הכתיבה הפתוח לעבודה בזוגות כדי לעודד שיתוף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בלוח את סדר השלבים לפני תרגיל 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בונים שיעור דיגיטלי שהתלמידים לומדים בו לבד, שלב אחר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יחידת לימוד דיגיטלית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למידה מקוון שבנוי כמה עמודים עם תוכן ומשימות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למידה עצמאית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או תלמידה עובדים לבד בקצב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דיפרנציאציה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הלמידה לרמות ולצרכים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הטמעה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קוד שמכניס פעילות לתוך עמוד היחידה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והתבוננות על הלמידה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 דיגיטלי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מבוססת חידות שמובילות לפתרון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מתכנן 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למלא נושא, שכבה, מטרות וזמן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בונה פרומפטים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שמנסח בקשה מסודרת לכלי שיחה חינוכי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אורכת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עקרונות יסוד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בבניית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ליחידה לדוגמה?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של טיפה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בחלל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מסלולים יש לבחירה?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הסדנה מיועדת למורות ולמורים, ולא לתלמידים ותלמידות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מעקרונות היסוד הוא בחירה ודיפרנציאציה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גלריית המשימות באתר כוללת סוג פעילות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היחידה לדוגמה באתר עוסקת במחזור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היחידה לדוגמה שבאתר עוסקת בנושא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מסלול הבנייה של היחידה כולל __________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מעקרונות היסוד הוא משוב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הכלי שמנסח בקשה לכלי שיחה חינוכי נקרא בונה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צפייה בסרטון ומשימה נלווית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קול של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תוצרים של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סרטון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סדרת חידות שמובילות לפתרון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קיר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הקלטה או טקסט בגוף ראשון של 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הסדנה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– מילוי מתכנן היחידה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בנייה – הקמת עמוד ראשון והטמעת 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וסיכום – סבב גלריה ומשוב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למה יחידה עצמאית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עקרונות – מבנה, בחירה ומשוב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שלכן ושלכם מה ההבדל בין שיעור רגיל ליחידת לימוד דיגיטלית ללמידה עצמאית.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שניים מעקרונות היסוד בבניית יחידה דיגיטלית?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קוד הטמעה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משימה אחת מגלריית המשימות שהייתם רוצים לנסות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